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738" w:rsidRDefault="00EE181A">
      <w:pPr>
        <w:pStyle w:val="Heading1"/>
        <w:jc w:val="center"/>
      </w:pPr>
      <w:r>
        <w:t xml:space="preserve">AUTHOR SUBMISSION </w:t>
      </w:r>
      <w:r>
        <w:t>FORM</w:t>
      </w:r>
      <w:r w:rsidR="00C56C9D">
        <w:t xml:space="preserve"> (ASF)</w:t>
      </w:r>
    </w:p>
    <w:p w:rsidR="00F47738" w:rsidRDefault="00EE181A">
      <w:pPr>
        <w:jc w:val="center"/>
      </w:pPr>
      <w:r>
        <w:t>Please complete all applicable fields.</w:t>
      </w:r>
    </w:p>
    <w:p w:rsidR="00F47738" w:rsidRDefault="00EE181A">
      <w:bookmarkStart w:id="0" w:name="_GoBack"/>
      <w:bookmarkEnd w:id="0"/>
      <w:r>
        <w:rPr>
          <w:b/>
          <w:color w:val="14468C"/>
          <w:sz w:val="26"/>
        </w:rPr>
        <w:t>1. Manuscript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F47738">
        <w:trPr>
          <w:jc w:val="center"/>
        </w:trPr>
        <w:tc>
          <w:tcPr>
            <w:tcW w:w="4320" w:type="dxa"/>
          </w:tcPr>
          <w:p w:rsidR="00F47738" w:rsidRDefault="00EE181A">
            <w:r>
              <w:t>Manuscript Title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rPr>
          <w:jc w:val="center"/>
        </w:trPr>
        <w:tc>
          <w:tcPr>
            <w:tcW w:w="4320" w:type="dxa"/>
          </w:tcPr>
          <w:p w:rsidR="00F47738" w:rsidRDefault="00EE181A">
            <w:r>
              <w:t>Running Title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rPr>
          <w:jc w:val="center"/>
        </w:trPr>
        <w:tc>
          <w:tcPr>
            <w:tcW w:w="4320" w:type="dxa"/>
          </w:tcPr>
          <w:p w:rsidR="00F47738" w:rsidRDefault="00EE181A">
            <w:r>
              <w:t>Article Type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rPr>
          <w:jc w:val="center"/>
        </w:trPr>
        <w:tc>
          <w:tcPr>
            <w:tcW w:w="4320" w:type="dxa"/>
          </w:tcPr>
          <w:p w:rsidR="00F47738" w:rsidRDefault="00EE181A">
            <w:r>
              <w:t>Keywords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rPr>
          <w:jc w:val="center"/>
        </w:trPr>
        <w:tc>
          <w:tcPr>
            <w:tcW w:w="4320" w:type="dxa"/>
          </w:tcPr>
          <w:p w:rsidR="00F47738" w:rsidRDefault="00EE181A">
            <w:r>
              <w:t>Manuscript ID (Office Use)</w:t>
            </w:r>
          </w:p>
        </w:tc>
        <w:tc>
          <w:tcPr>
            <w:tcW w:w="4320" w:type="dxa"/>
          </w:tcPr>
          <w:p w:rsidR="00F47738" w:rsidRDefault="00EE181A">
            <w:r>
              <w:t>_________</w:t>
            </w:r>
            <w:r>
              <w:t>___________________________________</w:t>
            </w:r>
          </w:p>
        </w:tc>
      </w:tr>
    </w:tbl>
    <w:p w:rsidR="00F47738" w:rsidRDefault="00EE181A">
      <w:r>
        <w:rPr>
          <w:b/>
          <w:color w:val="14468C"/>
          <w:sz w:val="26"/>
        </w:rPr>
        <w:t>2. Corresponding Author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7738">
        <w:tc>
          <w:tcPr>
            <w:tcW w:w="4320" w:type="dxa"/>
          </w:tcPr>
          <w:p w:rsidR="00F47738" w:rsidRDefault="00EE181A">
            <w:r>
              <w:t>Full Name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Institution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Department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Country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Email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ORCID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Phone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</w:tbl>
    <w:p w:rsidR="00F47738" w:rsidRDefault="00EE181A">
      <w:r>
        <w:rPr>
          <w:b/>
          <w:color w:val="14468C"/>
          <w:sz w:val="26"/>
        </w:rPr>
        <w:t>3. Co-authors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75"/>
        <w:gridCol w:w="3544"/>
        <w:gridCol w:w="2977"/>
        <w:gridCol w:w="2160"/>
      </w:tblGrid>
      <w:tr w:rsidR="00F47738" w:rsidTr="00C56C9D">
        <w:tc>
          <w:tcPr>
            <w:tcW w:w="675" w:type="dxa"/>
          </w:tcPr>
          <w:p w:rsidR="00F47738" w:rsidRDefault="00EE181A">
            <w:r>
              <w:t>No</w:t>
            </w:r>
          </w:p>
        </w:tc>
        <w:tc>
          <w:tcPr>
            <w:tcW w:w="3544" w:type="dxa"/>
          </w:tcPr>
          <w:p w:rsidR="00F47738" w:rsidRDefault="00EE181A">
            <w:r>
              <w:t>Author</w:t>
            </w:r>
          </w:p>
        </w:tc>
        <w:tc>
          <w:tcPr>
            <w:tcW w:w="2977" w:type="dxa"/>
          </w:tcPr>
          <w:p w:rsidR="00F47738" w:rsidRDefault="00EE181A">
            <w:r>
              <w:t>Institution</w:t>
            </w:r>
          </w:p>
        </w:tc>
        <w:tc>
          <w:tcPr>
            <w:tcW w:w="2160" w:type="dxa"/>
          </w:tcPr>
          <w:p w:rsidR="00F47738" w:rsidRDefault="00EE181A">
            <w:r>
              <w:t>ORCID</w:t>
            </w:r>
          </w:p>
        </w:tc>
      </w:tr>
      <w:tr w:rsidR="00F47738" w:rsidTr="00C56C9D">
        <w:tc>
          <w:tcPr>
            <w:tcW w:w="675" w:type="dxa"/>
          </w:tcPr>
          <w:p w:rsidR="00F47738" w:rsidRDefault="00EE181A">
            <w:r>
              <w:t>1</w:t>
            </w:r>
          </w:p>
        </w:tc>
        <w:tc>
          <w:tcPr>
            <w:tcW w:w="3544" w:type="dxa"/>
          </w:tcPr>
          <w:p w:rsidR="00F47738" w:rsidRDefault="00F47738"/>
        </w:tc>
        <w:tc>
          <w:tcPr>
            <w:tcW w:w="2977" w:type="dxa"/>
          </w:tcPr>
          <w:p w:rsidR="00F47738" w:rsidRDefault="00F47738"/>
        </w:tc>
        <w:tc>
          <w:tcPr>
            <w:tcW w:w="2160" w:type="dxa"/>
          </w:tcPr>
          <w:p w:rsidR="00F47738" w:rsidRDefault="00F47738"/>
        </w:tc>
      </w:tr>
      <w:tr w:rsidR="00F47738" w:rsidTr="00C56C9D">
        <w:tc>
          <w:tcPr>
            <w:tcW w:w="675" w:type="dxa"/>
          </w:tcPr>
          <w:p w:rsidR="00F47738" w:rsidRDefault="00EE181A">
            <w:r>
              <w:t>2</w:t>
            </w:r>
          </w:p>
        </w:tc>
        <w:tc>
          <w:tcPr>
            <w:tcW w:w="3544" w:type="dxa"/>
          </w:tcPr>
          <w:p w:rsidR="00F47738" w:rsidRDefault="00F47738"/>
        </w:tc>
        <w:tc>
          <w:tcPr>
            <w:tcW w:w="2977" w:type="dxa"/>
          </w:tcPr>
          <w:p w:rsidR="00F47738" w:rsidRDefault="00F47738"/>
        </w:tc>
        <w:tc>
          <w:tcPr>
            <w:tcW w:w="2160" w:type="dxa"/>
          </w:tcPr>
          <w:p w:rsidR="00F47738" w:rsidRDefault="00F47738"/>
        </w:tc>
      </w:tr>
      <w:tr w:rsidR="00F47738" w:rsidTr="00C56C9D">
        <w:tc>
          <w:tcPr>
            <w:tcW w:w="675" w:type="dxa"/>
          </w:tcPr>
          <w:p w:rsidR="00F47738" w:rsidRDefault="00EE181A">
            <w:r>
              <w:t>3</w:t>
            </w:r>
          </w:p>
        </w:tc>
        <w:tc>
          <w:tcPr>
            <w:tcW w:w="3544" w:type="dxa"/>
          </w:tcPr>
          <w:p w:rsidR="00F47738" w:rsidRDefault="00F47738"/>
        </w:tc>
        <w:tc>
          <w:tcPr>
            <w:tcW w:w="2977" w:type="dxa"/>
          </w:tcPr>
          <w:p w:rsidR="00F47738" w:rsidRDefault="00F47738"/>
        </w:tc>
        <w:tc>
          <w:tcPr>
            <w:tcW w:w="2160" w:type="dxa"/>
          </w:tcPr>
          <w:p w:rsidR="00F47738" w:rsidRDefault="00F47738"/>
        </w:tc>
      </w:tr>
      <w:tr w:rsidR="00F47738" w:rsidTr="00C56C9D">
        <w:tc>
          <w:tcPr>
            <w:tcW w:w="675" w:type="dxa"/>
          </w:tcPr>
          <w:p w:rsidR="00F47738" w:rsidRDefault="00EE181A">
            <w:r>
              <w:t>4</w:t>
            </w:r>
          </w:p>
        </w:tc>
        <w:tc>
          <w:tcPr>
            <w:tcW w:w="3544" w:type="dxa"/>
          </w:tcPr>
          <w:p w:rsidR="00F47738" w:rsidRDefault="00F47738"/>
        </w:tc>
        <w:tc>
          <w:tcPr>
            <w:tcW w:w="2977" w:type="dxa"/>
          </w:tcPr>
          <w:p w:rsidR="00F47738" w:rsidRDefault="00F47738"/>
        </w:tc>
        <w:tc>
          <w:tcPr>
            <w:tcW w:w="2160" w:type="dxa"/>
          </w:tcPr>
          <w:p w:rsidR="00F47738" w:rsidRDefault="00F47738"/>
        </w:tc>
      </w:tr>
      <w:tr w:rsidR="00F47738" w:rsidTr="00C56C9D">
        <w:tc>
          <w:tcPr>
            <w:tcW w:w="675" w:type="dxa"/>
          </w:tcPr>
          <w:p w:rsidR="00F47738" w:rsidRDefault="00EE181A">
            <w:r>
              <w:t>5</w:t>
            </w:r>
          </w:p>
        </w:tc>
        <w:tc>
          <w:tcPr>
            <w:tcW w:w="3544" w:type="dxa"/>
          </w:tcPr>
          <w:p w:rsidR="00F47738" w:rsidRDefault="00F47738"/>
        </w:tc>
        <w:tc>
          <w:tcPr>
            <w:tcW w:w="2977" w:type="dxa"/>
          </w:tcPr>
          <w:p w:rsidR="00F47738" w:rsidRDefault="00F47738"/>
        </w:tc>
        <w:tc>
          <w:tcPr>
            <w:tcW w:w="2160" w:type="dxa"/>
          </w:tcPr>
          <w:p w:rsidR="00F47738" w:rsidRDefault="00F47738"/>
        </w:tc>
      </w:tr>
    </w:tbl>
    <w:p w:rsidR="00C56C9D" w:rsidRDefault="00C56C9D">
      <w:pPr>
        <w:rPr>
          <w:b/>
          <w:color w:val="14468C"/>
          <w:sz w:val="26"/>
        </w:rPr>
      </w:pPr>
    </w:p>
    <w:p w:rsidR="00F47738" w:rsidRDefault="00EE181A">
      <w:r>
        <w:rPr>
          <w:b/>
          <w:color w:val="14468C"/>
          <w:sz w:val="26"/>
        </w:rPr>
        <w:lastRenderedPageBreak/>
        <w:t>4. Research Information</w:t>
      </w:r>
    </w:p>
    <w:p w:rsidR="00F47738" w:rsidRDefault="00EE181A">
      <w:r>
        <w:t>☐</w:t>
      </w:r>
      <w:r>
        <w:t xml:space="preserve"> Ethical Approval obtained</w:t>
      </w:r>
    </w:p>
    <w:p w:rsidR="00F47738" w:rsidRDefault="00EE181A">
      <w:r>
        <w:t>☐</w:t>
      </w:r>
      <w:r>
        <w:t xml:space="preserve"> No Ethical Approval required</w:t>
      </w:r>
    </w:p>
    <w:p w:rsidR="00F47738" w:rsidRDefault="00EE181A">
      <w:r>
        <w:t>☐</w:t>
      </w:r>
      <w:r>
        <w:t xml:space="preserve"> No Funding</w:t>
      </w:r>
    </w:p>
    <w:p w:rsidR="00F47738" w:rsidRDefault="00EE181A">
      <w:r>
        <w:t>☐</w:t>
      </w:r>
      <w:r>
        <w:t xml:space="preserve"> Funding declared in manuscript</w:t>
      </w:r>
    </w:p>
    <w:p w:rsidR="00F47738" w:rsidRDefault="00EE181A">
      <w:r>
        <w:t>☐</w:t>
      </w:r>
      <w:r>
        <w:t xml:space="preserve"> No Conflict of Interest</w:t>
      </w:r>
    </w:p>
    <w:p w:rsidR="00F47738" w:rsidRDefault="00EE181A">
      <w:r>
        <w:t>☐</w:t>
      </w:r>
      <w:r>
        <w:t xml:space="preserve"> AI used according to CLN Policy</w:t>
      </w:r>
    </w:p>
    <w:p w:rsidR="00F47738" w:rsidRDefault="00EE181A">
      <w:r>
        <w:t>☐</w:t>
      </w:r>
      <w:r>
        <w:t xml:space="preserve"> Data Availability Statement included</w:t>
      </w:r>
    </w:p>
    <w:p w:rsidR="00F47738" w:rsidRDefault="00EE181A">
      <w:r>
        <w:rPr>
          <w:b/>
          <w:color w:val="14468C"/>
          <w:sz w:val="26"/>
        </w:rPr>
        <w:t>5. Author</w:t>
      </w:r>
      <w:r>
        <w:rPr>
          <w:b/>
          <w:color w:val="14468C"/>
          <w:sz w:val="26"/>
        </w:rPr>
        <w:t xml:space="preserve"> Declaration</w:t>
      </w:r>
    </w:p>
    <w:p w:rsidR="00F47738" w:rsidRDefault="00EE181A">
      <w:r>
        <w:t>By signing this form, the Corresponding Author confirms on behalf of all co-authors that:</w:t>
      </w:r>
    </w:p>
    <w:p w:rsidR="00F47738" w:rsidRDefault="00EE181A">
      <w:r>
        <w:t>☐</w:t>
      </w:r>
      <w:r>
        <w:t xml:space="preserve"> The manuscript is original.</w:t>
      </w:r>
    </w:p>
    <w:p w:rsidR="00F47738" w:rsidRDefault="00EE181A">
      <w:r>
        <w:t>☐</w:t>
      </w:r>
      <w:r>
        <w:t xml:space="preserve"> It is not under review elsewhere.</w:t>
      </w:r>
    </w:p>
    <w:p w:rsidR="00F47738" w:rsidRDefault="00EE181A">
      <w:r>
        <w:t>☐</w:t>
      </w:r>
      <w:r>
        <w:t xml:space="preserve"> All authors meet authorship criteria.</w:t>
      </w:r>
    </w:p>
    <w:p w:rsidR="00F47738" w:rsidRDefault="00EE181A">
      <w:r>
        <w:t>☐</w:t>
      </w:r>
      <w:r>
        <w:t xml:space="preserve"> All authors approve submission.</w:t>
      </w:r>
    </w:p>
    <w:p w:rsidR="00F47738" w:rsidRDefault="00EE181A">
      <w:r>
        <w:t>☐</w:t>
      </w:r>
      <w:r>
        <w:t xml:space="preserve"> Research </w:t>
      </w:r>
      <w:r>
        <w:t>ethics requirements have been fulfilled.</w:t>
      </w:r>
    </w:p>
    <w:p w:rsidR="00F47738" w:rsidRDefault="00EE181A">
      <w:r>
        <w:t>☐</w:t>
      </w:r>
      <w:r>
        <w:t xml:space="preserve"> Information provided is accurate.</w:t>
      </w:r>
    </w:p>
    <w:p w:rsidR="00F47738" w:rsidRDefault="00EE181A">
      <w:r>
        <w:rPr>
          <w:b/>
          <w:color w:val="14468C"/>
          <w:sz w:val="26"/>
        </w:rPr>
        <w:t>6. Cover Letter</w:t>
      </w:r>
    </w:p>
    <w:p w:rsidR="00F47738" w:rsidRDefault="00EE181A">
      <w:r>
        <w:t>Dear Editor,</w:t>
      </w:r>
      <w:r>
        <w:br/>
        <w:t>On behalf of all authors, I respectfully submit the manuscript identified above for consideration for publication in Clinical Learning in Nursing (CLN</w:t>
      </w:r>
      <w:r>
        <w:t>). We confirm that the manuscript is original, has not been published previously, is not under consideration elsewhere, and has been approved by all authors.</w:t>
      </w:r>
    </w:p>
    <w:p w:rsidR="00F47738" w:rsidRDefault="00EE181A">
      <w:r>
        <w:rPr>
          <w:b/>
          <w:color w:val="14468C"/>
          <w:sz w:val="26"/>
        </w:rPr>
        <w:t>7. License to Publish</w:t>
      </w:r>
    </w:p>
    <w:p w:rsidR="00F47738" w:rsidRDefault="00EE181A">
      <w:r>
        <w:t xml:space="preserve">The authors retain copyright and grant Clinical Learning in Nursing (CLN) a </w:t>
      </w:r>
      <w:r>
        <w:t>non-exclusive worldwide license to publish, archive, reproduce and distribute the article under the Creative Commons Attribution 4.0 (CC BY 4.0) License.</w:t>
      </w:r>
    </w:p>
    <w:p w:rsidR="00F47738" w:rsidRDefault="00EE181A">
      <w:r>
        <w:t>☐</w:t>
      </w:r>
      <w:r>
        <w:t xml:space="preserve"> I agree to the License to Publish.</w:t>
      </w:r>
    </w:p>
    <w:p w:rsidR="00F47738" w:rsidRDefault="00EE181A">
      <w:r>
        <w:rPr>
          <w:b/>
          <w:color w:val="14468C"/>
          <w:sz w:val="26"/>
        </w:rPr>
        <w:t>8. Signature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7738">
        <w:tc>
          <w:tcPr>
            <w:tcW w:w="4320" w:type="dxa"/>
          </w:tcPr>
          <w:p w:rsidR="00F47738" w:rsidRDefault="00EE181A">
            <w:r>
              <w:t>Corresponding Author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Institution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Digital Signature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Place &amp; Date</w:t>
            </w:r>
          </w:p>
        </w:tc>
        <w:tc>
          <w:tcPr>
            <w:tcW w:w="4320" w:type="dxa"/>
          </w:tcPr>
          <w:p w:rsidR="00F47738" w:rsidRDefault="00EE181A">
            <w:r>
              <w:t>____________________________________________</w:t>
            </w:r>
          </w:p>
        </w:tc>
      </w:tr>
      <w:tr w:rsidR="00F47738">
        <w:tc>
          <w:tcPr>
            <w:tcW w:w="4320" w:type="dxa"/>
          </w:tcPr>
          <w:p w:rsidR="00F47738" w:rsidRDefault="00EE181A">
            <w:r>
              <w:t>Email</w:t>
            </w:r>
          </w:p>
        </w:tc>
        <w:tc>
          <w:tcPr>
            <w:tcW w:w="4320" w:type="dxa"/>
          </w:tcPr>
          <w:p w:rsidR="00F47738" w:rsidRDefault="00EE181A">
            <w:r>
              <w:t>_______________________</w:t>
            </w:r>
            <w:r>
              <w:t>_____________________</w:t>
            </w:r>
          </w:p>
        </w:tc>
      </w:tr>
    </w:tbl>
    <w:p w:rsidR="00EE181A" w:rsidRDefault="00EE181A" w:rsidP="00C56C9D"/>
    <w:sectPr w:rsidR="00EE181A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81A" w:rsidRDefault="00EE181A">
      <w:pPr>
        <w:spacing w:after="0" w:line="240" w:lineRule="auto"/>
      </w:pPr>
      <w:r>
        <w:separator/>
      </w:r>
    </w:p>
  </w:endnote>
  <w:endnote w:type="continuationSeparator" w:id="0">
    <w:p w:rsidR="00EE181A" w:rsidRDefault="00EE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81A" w:rsidRDefault="00EE181A">
      <w:pPr>
        <w:spacing w:after="0" w:line="240" w:lineRule="auto"/>
      </w:pPr>
      <w:r>
        <w:separator/>
      </w:r>
    </w:p>
  </w:footnote>
  <w:footnote w:type="continuationSeparator" w:id="0">
    <w:p w:rsidR="00EE181A" w:rsidRDefault="00EE1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C9D" w:rsidRDefault="00EE181A" w:rsidP="00C56C9D">
    <w:pPr>
      <w:pStyle w:val="Header"/>
      <w:jc w:val="center"/>
    </w:pPr>
    <w:r>
      <w:rPr>
        <w:noProof/>
        <w:lang w:val="en-ID" w:eastAsia="en-ID"/>
      </w:rPr>
      <w:drawing>
        <wp:inline distT="0" distB="0" distL="0" distR="0">
          <wp:extent cx="731520" cy="7315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atGPT Image Jun 29, 2026, 08_20_04 A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47738" w:rsidRDefault="00EE181A" w:rsidP="00C56C9D">
    <w:pPr>
      <w:pStyle w:val="Header"/>
      <w:jc w:val="center"/>
    </w:pPr>
    <w:r>
      <w:t>Clinical Learning in Nursing (CLN)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F674F"/>
    <w:rsid w:val="00326F90"/>
    <w:rsid w:val="00AA1D8D"/>
    <w:rsid w:val="00B47730"/>
    <w:rsid w:val="00C56C9D"/>
    <w:rsid w:val="00CB0664"/>
    <w:rsid w:val="00EE181A"/>
    <w:rsid w:val="00F477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AF04F22-3882-4A1B-A3EE-F80B145D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6291B7-6DEF-4508-A5BF-50DF990B4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AUTHOR SUBMISSION FORM (ASF)</vt:lpstr>
    </vt:vector>
  </TitlesOfParts>
  <Manager/>
  <Company/>
  <LinksUpToDate>false</LinksUpToDate>
  <CharactersWithSpaces>2387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</cp:lastModifiedBy>
  <cp:revision>2</cp:revision>
  <dcterms:created xsi:type="dcterms:W3CDTF">2026-08-01T05:57:00Z</dcterms:created>
  <dcterms:modified xsi:type="dcterms:W3CDTF">2026-08-01T05:57:00Z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be2122b0-7797-467a-9444-926d6531b33b</vt:lpwstr>
  </property>
</Properties>
</file>